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تقات المالية : الهندس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