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اسس المراجعة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الفتاح محمد الصحن/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المراجعة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