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: مدخل فكري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