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دراسات الجدوى والتقييم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حامد عبد الحفيظ/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الجدوى الاقتصادية/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