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التامين : المفهوم والاهداف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