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الاستثمار بالعملات الاجنبية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محسن العبادي/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أمجد للنشر و 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184ص.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9789957991111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الإستثمار/ العملات الأجنبية/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