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الاساليب الاحصائية باستخدام حزمة MATLAB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العال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الحواسيب/ الإحصاء الوصفي/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