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الموازنة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عدنان حسين الخياط/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9789957951504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الموازنة/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