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التي نريد مقالات في 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مصيطفى/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جسور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9789947878804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