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الاشكاليات الدولية لمواجهة ازمات النظام المالي الدولي " دراسة تطبيقية على التدابير الدولية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نصر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9789776504059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الأزمات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