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والفشل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حيدر عباس عبد الله الجنابي/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9789957951689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