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معالجة المادة المعجمية في معجم أساس البلاغة للزمخشري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كبير فريدة/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معجم/ الزمخشري/ المادة المعجمية/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