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عبر وسائل التواصل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ليندا كولز/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9789773583446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وسائل التواصل الإجتماعي/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