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ومصادر المعلومات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فخري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9789957992293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الحواسيب/ مصادر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