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GATTالى OMC واثرها في اقتصاديات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سامية فلياشي/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9789961672983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OMC/ الدول النامية/ الجات GATT/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