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الامن الغذائي والتنمية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بكدي/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الأمن الغذائي/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