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القياسي بين النظرية والتطبيق باستخدام برنامج 7 Eviews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حسام علي داود/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9789957069247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الإقتصاد القياسي/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