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65909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الإعلان/ وسائل الإعلان/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