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الخصخصة : خلاصة التجارب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 إبراهيم هندى/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الخصخصة/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