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التنمية المستدامة ومجالاتها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صائب الطويل/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أمجد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9789957992507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 الإقتصادية/ المجتمع/ التنمية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