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مغاربي والتكتلات الاقليمية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ب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19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مل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