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المسؤولية الاجتماعية للشركات والمنظمات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مدحت محمد ابوالنصر/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المجموعة العربية للتدريب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9789777220644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الشركات/ المنظمات/ المسؤولية الإجتماعية/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