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ماني محفو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0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تشريع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