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الفائدة والتضخم ( بين النظرية والواقع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محمد عادل عبد العزيز/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الفائدة/ محاسبة/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