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السياسة العامة : منظور كلي في البنية والتحليل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فهمي خليفة الفهداوي/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 للنشر والتوزيع والطباعة/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9789957061456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الإدارة العامة/ السياسة العامة/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