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السياسة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صيفي وليد/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الوفاء القانونية/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9789777531887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التأمين/ الصناعة/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