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السياسات النقدية للمتغيرات الاقتصادية في النظم المصرفية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إسماعيل محمد هاشم/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العربي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275ص.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330385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النقود/ النظرية النقدية/ النظم المصرفية/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