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تكنولوجيا المعلومات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فريد كورتل/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زمزم ناشرون ومؤلفون/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9789957721213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المؤسسة/ تكنولوجيا المعلومات/ العمل الإداري/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