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الصراع اللغوي بين العامية والفصحى عند التلميذ السنة الثالثة 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جميلة/ عطوي بسمة/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الفصحى/ العامية/ الصراع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