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خدمات التامين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معراج هواري(مشرفا)/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9789957742348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