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سمير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9789957970970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الخدمات الصحية/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