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في التشغيل والفائدة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جون ماينارد كينز/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الفرقد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9789933505066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الفائدة/ التشغيل/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