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القروض المصرفية والتمويل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القروض المصرفية/ موسوعات/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