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منظمة التجارة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رمزي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التكامل الإقتصادي/ الدول النامية/ التجارة الدولية/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