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علم الاقتصاد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 عباس مهدي/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الطليعة/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