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مشاريع القطاع الخاص ودورها في الحد من البطالة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أسماعيل علي شكر/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الكتاب الأكاديمي/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9789957351618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القطاع الخاص/ البطالة/ سوق العمل/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