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التسويق في الاسلام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عفيف عبدالحافظ الغنيمات/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