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سوق التامين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9789957383466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التأمين الإجتماعي/ البلاد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