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: مدخل 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كاسر نصر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9950007321176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الإستهلاك/ المستهلك/ سلوك المستهلك/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