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الاستثمار الاجنبي المباشر في ظل التغيرات الاقتصادية في الجزائر 1998 - 2005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نعيمة أوعيل/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9789777531276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الجزائر/ الإستثمار الأجنبي/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