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المراجعة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نصر صالح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9789957970826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التدقيق/ إدارة الأعمال/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