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Anglais dictionnaire Larousse : français-anglais, anglais-français : English dictionary Larousse : french-english, english-french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Janice McNeillie/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Larousse/ </w:t>
            </w:r>
          </w:p>
        </w:tc>
      </w:tr>
      <w:tr>
        <w:trPr>
          <w:trHeight w:val="567"/>
        </w:trPr>
        <w:tc>
          <w:tcPr>
            <w:tcW w:type="dxa" w:w="3000"/>
          </w:tcPr>
          <w:p>
            <w:r>
              <w:t>عدد الصفحات</w:t>
            </w:r>
          </w:p>
        </w:tc>
        <w:tc>
          <w:tcPr>
            <w:tcW w:type="dxa" w:w="7000"/>
          </w:tcPr>
          <w:p>
            <w:r>
              <w:t>1219p.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9782035847256</w:t>
            </w:r>
          </w:p>
        </w:tc>
      </w:tr>
    </w:tbl>
    <w:p>
      <w:pPr>
        <w:pStyle w:val="Heading3"/>
      </w:pPr>
      <w:r>
        <w:t>ملخص</w:t>
      </w:r>
    </w:p>
    <w:p>
      <w:r>
        <w:t>Dictionnaire bilingue contenant plus de 250.000 mots et expressions, 400.000 traductions, des mots de vocabulaire technique répartis en 50 domaines. Comporte également 24 planches thématiques illustrées, un cahier culturel, une cartographie, un guide de communication de 50 pages et des tableaux de conjugaison.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