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المبالغة في شعر أبي نواس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بريبش فاطمة/ توامة عاشور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800144511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أبي نواس/ الشعرية/ المبالغة/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