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التواصل الأدبي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مخبر الأدب العام والمقارن/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باجي مختار -عنابة/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11127597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