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المناهل المحمدية في شرح الصلاة الانموذجية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  الدين 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9789931374022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