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التداوي بالخمر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صافي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9789931902089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