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بن سليمان المستغانمي الندرومي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العربي دحو/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978993137406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