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الفقه النوازلي الامام محمد بن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9789947927502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