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الإستراتيجية التسويقية في تعزيز المكانة التنافسية للمؤسسة : دراسة حالة عينة من المؤسسات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بلعباس إبراهيم/ عقون شراف(رئيسا),الياس لهناني فراح(مناقشا),برني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الميزة التنافسية/ الاستراتيجية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