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دار المقاولاتية في تشجيع ثقافة المقولاتية في الوسط الطلابي : حالة دار المقاولاتية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سبيح أمال/ فريدة كافي (رئيسا) ,عبد الباسط عبد الصمد علية (مناقشا) ,فؤاد وشاش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المقاولاتية/ ENSEJ/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